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B1EC05" w14:textId="77777777" w:rsidR="008C6BBC" w:rsidRDefault="00000000">
      <w:pPr>
        <w:pStyle w:val="ResumeName"/>
        <w:jc w:val="center"/>
      </w:pPr>
      <w:r>
        <w:t>PRASHANTH R GILLELA</w:t>
      </w:r>
    </w:p>
    <w:p w14:paraId="1BB85AC1" w14:textId="77777777" w:rsidR="008C6BBC" w:rsidRPr="002C078B" w:rsidRDefault="00000000">
      <w:pPr>
        <w:pStyle w:val="ResumeTagline"/>
        <w:jc w:val="center"/>
        <w:rPr>
          <w:sz w:val="22"/>
          <w:szCs w:val="28"/>
        </w:rPr>
      </w:pPr>
      <w:r w:rsidRPr="002C078B">
        <w:rPr>
          <w:sz w:val="22"/>
          <w:szCs w:val="28"/>
        </w:rPr>
        <w:t>Senior Software Engineer | React | TypeScript | Next.js | Node.js | Micro Frontends</w:t>
      </w:r>
    </w:p>
    <w:p w14:paraId="3DA8D2A3" w14:textId="324BBD1A" w:rsidR="002C078B" w:rsidRDefault="00000000" w:rsidP="0017495F">
      <w:pPr>
        <w:spacing w:after="120"/>
        <w:jc w:val="center"/>
      </w:pPr>
      <w:r w:rsidRPr="002C078B">
        <w:rPr>
          <w:color w:val="505050"/>
          <w:sz w:val="22"/>
          <w:szCs w:val="36"/>
        </w:rPr>
        <w:t xml:space="preserve">Denton, </w:t>
      </w:r>
      <w:r w:rsidR="002C078B" w:rsidRPr="002C078B">
        <w:rPr>
          <w:color w:val="505050"/>
          <w:sz w:val="22"/>
          <w:szCs w:val="36"/>
        </w:rPr>
        <w:t>TX |</w:t>
      </w:r>
      <w:r w:rsidRPr="002C078B">
        <w:rPr>
          <w:color w:val="505050"/>
          <w:sz w:val="22"/>
          <w:szCs w:val="36"/>
        </w:rPr>
        <w:t xml:space="preserve">  (940) 268-</w:t>
      </w:r>
      <w:r w:rsidR="002C078B" w:rsidRPr="002C078B">
        <w:rPr>
          <w:color w:val="505050"/>
          <w:sz w:val="22"/>
          <w:szCs w:val="36"/>
        </w:rPr>
        <w:t>3984 |</w:t>
      </w:r>
      <w:r w:rsidRPr="002C078B">
        <w:rPr>
          <w:color w:val="505050"/>
          <w:sz w:val="22"/>
          <w:szCs w:val="36"/>
        </w:rPr>
        <w:t xml:space="preserve">  </w:t>
      </w:r>
      <w:r w:rsidR="009F0AF5">
        <w:rPr>
          <w:color w:val="505050"/>
          <w:sz w:val="22"/>
          <w:szCs w:val="36"/>
        </w:rPr>
        <w:t>prashanthreddy1661</w:t>
      </w:r>
      <w:r w:rsidR="002C078B" w:rsidRPr="002C078B">
        <w:rPr>
          <w:color w:val="505050"/>
          <w:sz w:val="22"/>
          <w:szCs w:val="36"/>
        </w:rPr>
        <w:t xml:space="preserve">@gmail.com | </w:t>
      </w:r>
      <w:hyperlink r:id="rId8" w:history="1">
        <w:r w:rsidR="002C078B" w:rsidRPr="00820580">
          <w:rPr>
            <w:rStyle w:val="Hyperlink"/>
            <w:sz w:val="22"/>
            <w:szCs w:val="36"/>
          </w:rPr>
          <w:t>linkedin.com</w:t>
        </w:r>
        <w:r w:rsidRPr="00820580">
          <w:rPr>
            <w:rStyle w:val="Hyperlink"/>
            <w:sz w:val="22"/>
            <w:szCs w:val="36"/>
          </w:rPr>
          <w:t>/in/prashanth-reddy-38a6b094</w:t>
        </w:r>
      </w:hyperlink>
    </w:p>
    <w:p w14:paraId="35FCECD0" w14:textId="6EC6ADFC" w:rsidR="0017495F" w:rsidRDefault="0017495F" w:rsidP="0017495F">
      <w:pPr>
        <w:spacing w:after="120"/>
        <w:jc w:val="center"/>
        <w:rPr>
          <w:sz w:val="24"/>
          <w:szCs w:val="24"/>
        </w:rPr>
      </w:pPr>
      <w:r w:rsidRPr="0017495F">
        <w:rPr>
          <w:sz w:val="24"/>
          <w:szCs w:val="24"/>
        </w:rPr>
        <w:t>Portfolio:</w:t>
      </w:r>
      <w:hyperlink r:id="rId9" w:history="1">
        <w:r w:rsidRPr="0017495F">
          <w:rPr>
            <w:rStyle w:val="Hyperlink"/>
            <w:sz w:val="24"/>
            <w:szCs w:val="24"/>
          </w:rPr>
          <w:t xml:space="preserve"> https://www.prashan</w:t>
        </w:r>
        <w:r w:rsidRPr="0017495F">
          <w:rPr>
            <w:rStyle w:val="Hyperlink"/>
            <w:sz w:val="24"/>
            <w:szCs w:val="24"/>
          </w:rPr>
          <w:t>t</w:t>
        </w:r>
        <w:r w:rsidRPr="0017495F">
          <w:rPr>
            <w:rStyle w:val="Hyperlink"/>
            <w:sz w:val="24"/>
            <w:szCs w:val="24"/>
          </w:rPr>
          <w:t>hrgillela.com/</w:t>
        </w:r>
      </w:hyperlink>
    </w:p>
    <w:p w14:paraId="2C44820E" w14:textId="77777777" w:rsidR="0017495F" w:rsidRPr="0017495F" w:rsidRDefault="0017495F" w:rsidP="0017495F">
      <w:pPr>
        <w:spacing w:after="120"/>
        <w:jc w:val="center"/>
        <w:rPr>
          <w:sz w:val="24"/>
          <w:szCs w:val="24"/>
        </w:rPr>
      </w:pPr>
    </w:p>
    <w:p w14:paraId="2BD8F659" w14:textId="77777777" w:rsidR="008C6BBC" w:rsidRDefault="00000000">
      <w:pPr>
        <w:pStyle w:val="SectionHeader"/>
        <w:keepNext/>
        <w:pBdr>
          <w:bottom w:val="single" w:sz="8" w:space="1" w:color="B7B7B7"/>
        </w:pBdr>
        <w:spacing w:before="80" w:after="80"/>
      </w:pPr>
      <w:r>
        <w:t>PROFESSIONAL SUMMARY</w:t>
      </w:r>
    </w:p>
    <w:p w14:paraId="3D6F75AC" w14:textId="67069092" w:rsidR="008C6BBC" w:rsidRDefault="00000000">
      <w:pPr>
        <w:spacing w:after="60"/>
        <w:rPr>
          <w:rFonts w:asciiTheme="minorHAnsi" w:hAnsiTheme="minorHAnsi"/>
          <w:sz w:val="24"/>
          <w:szCs w:val="24"/>
        </w:rPr>
      </w:pPr>
      <w:r w:rsidRPr="002C078B">
        <w:rPr>
          <w:rFonts w:asciiTheme="minorHAnsi" w:hAnsiTheme="minorHAnsi"/>
          <w:b/>
          <w:bCs/>
          <w:sz w:val="24"/>
          <w:szCs w:val="24"/>
        </w:rPr>
        <w:t>Senior Software Engineer / Senior Frontend Engineer</w:t>
      </w:r>
      <w:r w:rsidRPr="002C078B">
        <w:rPr>
          <w:rFonts w:asciiTheme="minorHAnsi" w:hAnsiTheme="minorHAnsi"/>
          <w:sz w:val="24"/>
          <w:szCs w:val="24"/>
        </w:rPr>
        <w:t xml:space="preserve"> with </w:t>
      </w:r>
      <w:r w:rsidR="00E66E01">
        <w:rPr>
          <w:rFonts w:asciiTheme="minorHAnsi" w:hAnsiTheme="minorHAnsi"/>
          <w:b/>
          <w:bCs/>
          <w:sz w:val="24"/>
          <w:szCs w:val="24"/>
        </w:rPr>
        <w:t>10</w:t>
      </w:r>
      <w:r w:rsidRPr="002C078B">
        <w:rPr>
          <w:rFonts w:asciiTheme="minorHAnsi" w:hAnsiTheme="minorHAnsi"/>
          <w:b/>
          <w:bCs/>
          <w:sz w:val="24"/>
          <w:szCs w:val="24"/>
        </w:rPr>
        <w:t xml:space="preserve">+ years </w:t>
      </w:r>
      <w:r w:rsidRPr="002C078B">
        <w:rPr>
          <w:rFonts w:asciiTheme="minorHAnsi" w:hAnsiTheme="minorHAnsi"/>
          <w:sz w:val="24"/>
          <w:szCs w:val="24"/>
        </w:rPr>
        <w:t xml:space="preserve">of experience designing, developing, and modernizing enterprise-scale, high-traffic web applications across eCommerce, Telecommunications, Healthcare, Financial Services, and Retail domains. Strong expertise in </w:t>
      </w:r>
      <w:r w:rsidRPr="002C078B">
        <w:rPr>
          <w:rFonts w:asciiTheme="minorHAnsi" w:hAnsiTheme="minorHAnsi"/>
          <w:b/>
          <w:bCs/>
          <w:sz w:val="24"/>
          <w:szCs w:val="24"/>
        </w:rPr>
        <w:t>React.js, TypeScript, JavaScript (ES6+), Next.js,</w:t>
      </w:r>
      <w:r w:rsidR="00134049">
        <w:rPr>
          <w:rFonts w:asciiTheme="minorHAnsi" w:hAnsiTheme="minorHAnsi"/>
          <w:b/>
          <w:bCs/>
          <w:sz w:val="24"/>
          <w:szCs w:val="24"/>
        </w:rPr>
        <w:t xml:space="preserve"> Angular JS,</w:t>
      </w:r>
      <w:r w:rsidRPr="002C078B">
        <w:rPr>
          <w:rFonts w:asciiTheme="minorHAnsi" w:hAnsiTheme="minorHAnsi"/>
          <w:b/>
          <w:bCs/>
          <w:sz w:val="24"/>
          <w:szCs w:val="24"/>
        </w:rPr>
        <w:t xml:space="preserve"> Remix, Redux Toolkit, Context API, Node.js, REST APIs, GraphQL, and Micro Frontend Architecture</w:t>
      </w:r>
      <w:r w:rsidRPr="002C078B">
        <w:rPr>
          <w:rFonts w:asciiTheme="minorHAnsi" w:hAnsiTheme="minorHAnsi"/>
          <w:sz w:val="24"/>
          <w:szCs w:val="24"/>
        </w:rPr>
        <w:t>, with extensive experience building scalable, reusable, and maintainable front-end platforms.</w:t>
      </w:r>
    </w:p>
    <w:p w14:paraId="087F10D4" w14:textId="77777777" w:rsidR="002C078B" w:rsidRPr="002C078B" w:rsidRDefault="002C078B">
      <w:pPr>
        <w:spacing w:after="60"/>
        <w:rPr>
          <w:rFonts w:asciiTheme="minorHAnsi" w:hAnsiTheme="minorHAnsi"/>
          <w:sz w:val="24"/>
          <w:szCs w:val="24"/>
        </w:rPr>
      </w:pPr>
    </w:p>
    <w:p w14:paraId="780209F1" w14:textId="77777777" w:rsidR="008C6BBC" w:rsidRDefault="00000000">
      <w:pPr>
        <w:spacing w:after="60"/>
        <w:rPr>
          <w:rFonts w:asciiTheme="minorHAnsi" w:hAnsiTheme="minorHAnsi"/>
          <w:sz w:val="24"/>
          <w:szCs w:val="24"/>
        </w:rPr>
      </w:pPr>
      <w:r w:rsidRPr="002C078B">
        <w:rPr>
          <w:rFonts w:asciiTheme="minorHAnsi" w:hAnsiTheme="minorHAnsi"/>
          <w:sz w:val="24"/>
          <w:szCs w:val="24"/>
        </w:rPr>
        <w:t>Proven track record delivering mission-critical customer-facing applications, digital commerce solutions, checkout and payment experiences, digital wallet integrations, and complex UI modernization initiatives for Fortune 500 organizations including Little Caesars, Verizon, Fiserv, Florida Blue, and Macy’s. Experienced in front-end system design, component architecture, state management, API integration, performance optimization, responsive design, cross-browser compatibility, accessibility (</w:t>
      </w:r>
      <w:r w:rsidRPr="002C078B">
        <w:rPr>
          <w:rFonts w:asciiTheme="minorHAnsi" w:hAnsiTheme="minorHAnsi"/>
          <w:b/>
          <w:bCs/>
          <w:sz w:val="24"/>
          <w:szCs w:val="24"/>
        </w:rPr>
        <w:t>WCAG</w:t>
      </w:r>
      <w:r w:rsidRPr="002C078B">
        <w:rPr>
          <w:rFonts w:asciiTheme="minorHAnsi" w:hAnsiTheme="minorHAnsi"/>
          <w:sz w:val="24"/>
          <w:szCs w:val="24"/>
        </w:rPr>
        <w:t>), security best practices, and scalable design systems.</w:t>
      </w:r>
    </w:p>
    <w:p w14:paraId="7FCD2E61" w14:textId="77777777" w:rsidR="002C078B" w:rsidRPr="002C078B" w:rsidRDefault="002C078B">
      <w:pPr>
        <w:spacing w:after="60"/>
        <w:rPr>
          <w:rFonts w:asciiTheme="minorHAnsi" w:hAnsiTheme="minorHAnsi"/>
          <w:sz w:val="24"/>
          <w:szCs w:val="24"/>
        </w:rPr>
      </w:pPr>
    </w:p>
    <w:p w14:paraId="0144672E" w14:textId="77777777" w:rsidR="008C6BBC" w:rsidRDefault="00000000">
      <w:pPr>
        <w:spacing w:after="60"/>
        <w:rPr>
          <w:rFonts w:asciiTheme="minorHAnsi" w:hAnsiTheme="minorHAnsi"/>
          <w:sz w:val="24"/>
          <w:szCs w:val="24"/>
        </w:rPr>
      </w:pPr>
      <w:r w:rsidRPr="002C078B">
        <w:rPr>
          <w:rFonts w:asciiTheme="minorHAnsi" w:hAnsiTheme="minorHAnsi"/>
          <w:sz w:val="24"/>
          <w:szCs w:val="24"/>
        </w:rPr>
        <w:t>Skilled in integrating payment platforms and digital wallets, developing Micro Frontends, building reusable component libraries, implementing feature flags and experimentation, and collaborating with backend, product, UX, QA, architecture, and DevOps teams throughout the Software Development Life Cycle (SDLC). Hands-on experience with cloud-native development, CI/CD pipelines, automated testing, Git-based workflows, Agile/Scrum methodologies, code reviews, technical documentation, production troubleshooting, and performance monitoring.</w:t>
      </w:r>
    </w:p>
    <w:p w14:paraId="5377D817" w14:textId="77777777" w:rsidR="002C078B" w:rsidRPr="002C078B" w:rsidRDefault="002C078B">
      <w:pPr>
        <w:spacing w:after="60"/>
        <w:rPr>
          <w:rFonts w:asciiTheme="minorHAnsi" w:hAnsiTheme="minorHAnsi"/>
          <w:sz w:val="24"/>
          <w:szCs w:val="24"/>
        </w:rPr>
      </w:pPr>
    </w:p>
    <w:p w14:paraId="3836F04E" w14:textId="77777777" w:rsidR="008C6BBC" w:rsidRDefault="00000000">
      <w:pPr>
        <w:spacing w:after="60"/>
        <w:rPr>
          <w:rFonts w:asciiTheme="minorHAnsi" w:hAnsiTheme="minorHAnsi"/>
          <w:sz w:val="24"/>
          <w:szCs w:val="24"/>
        </w:rPr>
      </w:pPr>
      <w:r w:rsidRPr="002C078B">
        <w:rPr>
          <w:rFonts w:asciiTheme="minorHAnsi" w:hAnsiTheme="minorHAnsi"/>
          <w:sz w:val="24"/>
          <w:szCs w:val="24"/>
        </w:rPr>
        <w:t>Recognized for translating complex business requirements into reliable technical solutions, driving front-end architecture decisions, improving application performance and maintainability, mentoring developers, establishing engineering best practices, and delivering secure, accessible, scalable, and production-ready applications in fast-paced enterprise environments.</w:t>
      </w:r>
    </w:p>
    <w:p w14:paraId="3A9916B8" w14:textId="77777777" w:rsidR="002C078B" w:rsidRPr="002C078B" w:rsidRDefault="002C078B">
      <w:pPr>
        <w:spacing w:after="60"/>
        <w:rPr>
          <w:rFonts w:asciiTheme="minorHAnsi" w:hAnsiTheme="minorHAnsi"/>
          <w:sz w:val="24"/>
          <w:szCs w:val="24"/>
        </w:rPr>
      </w:pPr>
    </w:p>
    <w:p w14:paraId="2EADBAB4" w14:textId="77777777" w:rsidR="008C6BBC" w:rsidRDefault="00000000">
      <w:pPr>
        <w:pStyle w:val="SectionHeader"/>
        <w:keepNext/>
        <w:pBdr>
          <w:bottom w:val="single" w:sz="8" w:space="1" w:color="B7B7B7"/>
        </w:pBdr>
        <w:spacing w:before="80" w:after="80"/>
      </w:pPr>
      <w:r>
        <w:t>TECHNICAL SKILLS</w:t>
      </w:r>
    </w:p>
    <w:p w14:paraId="59E04C94" w14:textId="77777777" w:rsidR="008C6BBC" w:rsidRPr="002C078B" w:rsidRDefault="00000000">
      <w:pPr>
        <w:spacing w:after="20"/>
        <w:rPr>
          <w:rFonts w:asciiTheme="minorHAnsi" w:hAnsiTheme="minorHAnsi"/>
          <w:sz w:val="24"/>
          <w:szCs w:val="36"/>
        </w:rPr>
      </w:pPr>
      <w:r w:rsidRPr="002C078B">
        <w:rPr>
          <w:rFonts w:asciiTheme="minorHAnsi" w:hAnsiTheme="minorHAnsi"/>
          <w:b/>
          <w:sz w:val="24"/>
          <w:szCs w:val="36"/>
        </w:rPr>
        <w:t xml:space="preserve">Frontend: </w:t>
      </w:r>
      <w:r w:rsidRPr="002C078B">
        <w:rPr>
          <w:rFonts w:asciiTheme="minorHAnsi" w:hAnsiTheme="minorHAnsi"/>
          <w:sz w:val="24"/>
          <w:szCs w:val="36"/>
        </w:rPr>
        <w:t>React.js, TypeScript, JavaScript (ES6+), Next.js, Remix, Redux Toolkit, RTK Query, Context API, React Hooks, Custom Hooks, HTML5, CSS3, Tailwind CSS</w:t>
      </w:r>
    </w:p>
    <w:p w14:paraId="0CE6A4A8" w14:textId="77777777" w:rsidR="008C6BBC" w:rsidRPr="002C078B" w:rsidRDefault="00000000">
      <w:pPr>
        <w:spacing w:after="20"/>
        <w:rPr>
          <w:rFonts w:asciiTheme="minorHAnsi" w:hAnsiTheme="minorHAnsi"/>
          <w:sz w:val="24"/>
          <w:szCs w:val="36"/>
        </w:rPr>
      </w:pPr>
      <w:r w:rsidRPr="002C078B">
        <w:rPr>
          <w:rFonts w:asciiTheme="minorHAnsi" w:hAnsiTheme="minorHAnsi"/>
          <w:b/>
          <w:sz w:val="24"/>
          <w:szCs w:val="36"/>
        </w:rPr>
        <w:t xml:space="preserve">Backend: </w:t>
      </w:r>
      <w:r w:rsidRPr="002C078B">
        <w:rPr>
          <w:rFonts w:asciiTheme="minorHAnsi" w:hAnsiTheme="minorHAnsi"/>
          <w:sz w:val="24"/>
          <w:szCs w:val="36"/>
        </w:rPr>
        <w:t>Node.js, Express.js, REST APIs, GraphQL, Backend-for-Frontend (BFF), Microservices</w:t>
      </w:r>
    </w:p>
    <w:p w14:paraId="0747812C" w14:textId="77777777" w:rsidR="008C6BBC" w:rsidRPr="002C078B" w:rsidRDefault="00000000">
      <w:pPr>
        <w:spacing w:after="20"/>
        <w:rPr>
          <w:rFonts w:asciiTheme="minorHAnsi" w:hAnsiTheme="minorHAnsi"/>
          <w:sz w:val="24"/>
          <w:szCs w:val="36"/>
        </w:rPr>
      </w:pPr>
      <w:r w:rsidRPr="002C078B">
        <w:rPr>
          <w:rFonts w:asciiTheme="minorHAnsi" w:hAnsiTheme="minorHAnsi"/>
          <w:b/>
          <w:sz w:val="24"/>
          <w:szCs w:val="36"/>
        </w:rPr>
        <w:t xml:space="preserve">Architecture: </w:t>
      </w:r>
      <w:r w:rsidRPr="002C078B">
        <w:rPr>
          <w:rFonts w:asciiTheme="minorHAnsi" w:hAnsiTheme="minorHAnsi"/>
          <w:sz w:val="24"/>
          <w:szCs w:val="36"/>
        </w:rPr>
        <w:t>Micro Frontends (MFE), Module Federation, Component Architecture, Design Systems, Responsive Design, Accessibility (WCAG 2.1)</w:t>
      </w:r>
    </w:p>
    <w:p w14:paraId="5D333B0A" w14:textId="77777777" w:rsidR="008C6BBC" w:rsidRPr="002C078B" w:rsidRDefault="00000000">
      <w:pPr>
        <w:spacing w:after="20"/>
        <w:rPr>
          <w:rFonts w:asciiTheme="minorHAnsi" w:hAnsiTheme="minorHAnsi"/>
          <w:sz w:val="24"/>
          <w:szCs w:val="36"/>
        </w:rPr>
      </w:pPr>
      <w:r w:rsidRPr="002C078B">
        <w:rPr>
          <w:rFonts w:asciiTheme="minorHAnsi" w:hAnsiTheme="minorHAnsi"/>
          <w:b/>
          <w:sz w:val="24"/>
          <w:szCs w:val="36"/>
        </w:rPr>
        <w:t xml:space="preserve">Cloud &amp; DevOps: </w:t>
      </w:r>
      <w:r w:rsidRPr="002C078B">
        <w:rPr>
          <w:rFonts w:asciiTheme="minorHAnsi" w:hAnsiTheme="minorHAnsi"/>
          <w:sz w:val="24"/>
          <w:szCs w:val="36"/>
        </w:rPr>
        <w:t>Azure DevOps, Azure Boards, Azure Repos, Azure Pipelines, AWS, CI/CD, Git</w:t>
      </w:r>
    </w:p>
    <w:p w14:paraId="116CE878" w14:textId="77777777" w:rsidR="008C6BBC" w:rsidRPr="002C078B" w:rsidRDefault="00000000">
      <w:pPr>
        <w:spacing w:after="20"/>
        <w:rPr>
          <w:rFonts w:asciiTheme="minorHAnsi" w:hAnsiTheme="minorHAnsi"/>
          <w:sz w:val="24"/>
          <w:szCs w:val="36"/>
        </w:rPr>
      </w:pPr>
      <w:r w:rsidRPr="002C078B">
        <w:rPr>
          <w:rFonts w:asciiTheme="minorHAnsi" w:hAnsiTheme="minorHAnsi"/>
          <w:b/>
          <w:sz w:val="24"/>
          <w:szCs w:val="36"/>
        </w:rPr>
        <w:t xml:space="preserve">Payments &amp; Commerce: </w:t>
      </w:r>
      <w:r w:rsidRPr="002C078B">
        <w:rPr>
          <w:rFonts w:asciiTheme="minorHAnsi" w:hAnsiTheme="minorHAnsi"/>
          <w:sz w:val="24"/>
          <w:szCs w:val="36"/>
        </w:rPr>
        <w:t>PayPal, Apple Pay, Venmo, Paze, Stripe, Checkout Systems, Payment SDK Integrations</w:t>
      </w:r>
    </w:p>
    <w:p w14:paraId="1A1F0469" w14:textId="77777777" w:rsidR="008C6BBC" w:rsidRPr="002C078B" w:rsidRDefault="00000000">
      <w:pPr>
        <w:spacing w:after="20"/>
        <w:rPr>
          <w:rFonts w:asciiTheme="minorHAnsi" w:hAnsiTheme="minorHAnsi"/>
          <w:sz w:val="24"/>
          <w:szCs w:val="36"/>
        </w:rPr>
      </w:pPr>
      <w:r w:rsidRPr="002C078B">
        <w:rPr>
          <w:rFonts w:asciiTheme="minorHAnsi" w:hAnsiTheme="minorHAnsi"/>
          <w:b/>
          <w:sz w:val="24"/>
          <w:szCs w:val="36"/>
        </w:rPr>
        <w:t xml:space="preserve">AI &amp; Experimentation: </w:t>
      </w:r>
      <w:r w:rsidRPr="002C078B">
        <w:rPr>
          <w:rFonts w:asciiTheme="minorHAnsi" w:hAnsiTheme="minorHAnsi"/>
          <w:sz w:val="24"/>
          <w:szCs w:val="36"/>
        </w:rPr>
        <w:t>LLM-powered Services, AI Search, Conversational Chatbots, GrowthBook, Feature Flags, A/B Testing</w:t>
      </w:r>
    </w:p>
    <w:p w14:paraId="32F8E831" w14:textId="77777777" w:rsidR="008C6BBC" w:rsidRPr="002C078B" w:rsidRDefault="00000000">
      <w:pPr>
        <w:spacing w:after="20"/>
        <w:rPr>
          <w:rFonts w:asciiTheme="minorHAnsi" w:hAnsiTheme="minorHAnsi"/>
          <w:sz w:val="24"/>
          <w:szCs w:val="36"/>
        </w:rPr>
      </w:pPr>
      <w:r w:rsidRPr="002C078B">
        <w:rPr>
          <w:rFonts w:asciiTheme="minorHAnsi" w:hAnsiTheme="minorHAnsi"/>
          <w:b/>
          <w:sz w:val="24"/>
          <w:szCs w:val="36"/>
        </w:rPr>
        <w:t xml:space="preserve">Testing: </w:t>
      </w:r>
      <w:r w:rsidRPr="002C078B">
        <w:rPr>
          <w:rFonts w:asciiTheme="minorHAnsi" w:hAnsiTheme="minorHAnsi"/>
          <w:sz w:val="24"/>
          <w:szCs w:val="36"/>
        </w:rPr>
        <w:t>Jest, React Testing Library, Playwright, Vitest</w:t>
      </w:r>
    </w:p>
    <w:p w14:paraId="11F0748C" w14:textId="22C91F39" w:rsidR="008C6BBC" w:rsidRPr="002C078B" w:rsidRDefault="00000000">
      <w:pPr>
        <w:spacing w:after="20"/>
        <w:rPr>
          <w:rFonts w:asciiTheme="minorHAnsi" w:hAnsiTheme="minorHAnsi"/>
          <w:sz w:val="24"/>
          <w:szCs w:val="36"/>
        </w:rPr>
      </w:pPr>
      <w:r w:rsidRPr="002C078B">
        <w:rPr>
          <w:rFonts w:asciiTheme="minorHAnsi" w:hAnsiTheme="minorHAnsi"/>
          <w:b/>
          <w:sz w:val="24"/>
          <w:szCs w:val="36"/>
        </w:rPr>
        <w:t xml:space="preserve">Tools &amp; Delivery: </w:t>
      </w:r>
      <w:r w:rsidRPr="002C078B">
        <w:rPr>
          <w:rFonts w:asciiTheme="minorHAnsi" w:hAnsiTheme="minorHAnsi"/>
          <w:sz w:val="24"/>
          <w:szCs w:val="36"/>
        </w:rPr>
        <w:t>Figma, Zeplin, Lucid Charts, Xcode, Agile, Scrum, SDLC, Code Reviews</w:t>
      </w:r>
      <w:r w:rsidR="002C078B">
        <w:rPr>
          <w:rFonts w:asciiTheme="minorHAnsi" w:hAnsiTheme="minorHAnsi"/>
          <w:sz w:val="24"/>
          <w:szCs w:val="36"/>
        </w:rPr>
        <w:t>, GrowthBook.</w:t>
      </w:r>
    </w:p>
    <w:p w14:paraId="6A0F5017" w14:textId="77777777" w:rsidR="002C078B" w:rsidRDefault="002C078B">
      <w:pPr>
        <w:spacing w:after="20"/>
      </w:pPr>
    </w:p>
    <w:p w14:paraId="50B3E30B" w14:textId="77777777" w:rsidR="008C6BBC" w:rsidRDefault="00000000">
      <w:pPr>
        <w:pStyle w:val="SectionHeader"/>
        <w:keepNext/>
        <w:pBdr>
          <w:bottom w:val="single" w:sz="8" w:space="1" w:color="B7B7B7"/>
        </w:pBdr>
        <w:spacing w:before="80" w:after="80"/>
      </w:pPr>
      <w:r>
        <w:t>PROFESSIONAL EXPERIENCE</w:t>
      </w:r>
    </w:p>
    <w:p w14:paraId="201A0214" w14:textId="77777777" w:rsidR="008C6BBC" w:rsidRPr="002C078B" w:rsidRDefault="00000000">
      <w:pPr>
        <w:pStyle w:val="CompanyHeader"/>
        <w:keepNext/>
        <w:spacing w:before="100" w:after="10"/>
        <w:rPr>
          <w:rFonts w:asciiTheme="minorHAnsi" w:hAnsiTheme="minorHAnsi"/>
          <w:sz w:val="24"/>
          <w:szCs w:val="24"/>
        </w:rPr>
      </w:pPr>
      <w:r w:rsidRPr="002C078B">
        <w:rPr>
          <w:rFonts w:asciiTheme="minorHAnsi" w:hAnsiTheme="minorHAnsi"/>
          <w:sz w:val="24"/>
          <w:szCs w:val="24"/>
        </w:rPr>
        <w:t>Little Caesars Pizza (Contract Assignment through Spino Inc) – Remote</w:t>
      </w:r>
    </w:p>
    <w:p w14:paraId="20CE6E04" w14:textId="77777777" w:rsidR="008C6BBC" w:rsidRPr="002C078B" w:rsidRDefault="00000000">
      <w:pPr>
        <w:pStyle w:val="RoleLine"/>
        <w:keepNext/>
        <w:rPr>
          <w:rFonts w:asciiTheme="minorHAnsi" w:hAnsiTheme="minorHAnsi"/>
          <w:sz w:val="24"/>
          <w:szCs w:val="24"/>
        </w:rPr>
      </w:pPr>
      <w:r w:rsidRPr="002C078B">
        <w:rPr>
          <w:rFonts w:asciiTheme="minorHAnsi" w:hAnsiTheme="minorHAnsi"/>
          <w:sz w:val="24"/>
          <w:szCs w:val="24"/>
        </w:rPr>
        <w:t>Senior Software Engineer | Apr 2026 – Present</w:t>
      </w:r>
    </w:p>
    <w:p w14:paraId="2A5F6480"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Lead development of customer-facing eCommerce and digital ordering experiences serving millions of customers across web platforms.</w:t>
      </w:r>
    </w:p>
    <w:p w14:paraId="289F3C32"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Build scalable React.js and TypeScript applications using Redux Toolkit, Context API, reusable component architecture, and modern engineering practices.</w:t>
      </w:r>
    </w:p>
    <w:p w14:paraId="7FD51EC1"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Develop and enhance guest checkout, authenticated checkout, shopping cart, order review, account management, and customer journey workflows.</w:t>
      </w:r>
    </w:p>
    <w:p w14:paraId="2E09D517"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Integrate digital wallet solutions including PayPal, Apple Pay, Venmo, and Paze through SDK-based implementations.</w:t>
      </w:r>
    </w:p>
    <w:p w14:paraId="4A409A50"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Collaborate with backend teams to integrate Node.js microservices and REST APIs supporting checkout, payments, customer profiles, and order processing workflows.</w:t>
      </w:r>
    </w:p>
    <w:p w14:paraId="2B6CC96D"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Implement feature flag driven development using GrowthBook to support controlled rollouts and environment-based configurations.</w:t>
      </w:r>
    </w:p>
    <w:p w14:paraId="077836B0"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Optimize checkout experiences to improve customer usability, performance, reliability, and conversion rates.</w:t>
      </w:r>
    </w:p>
    <w:p w14:paraId="29D6BA7B"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Implement responsive and mobile-first user experiences based on Zeplin designs and business requirements.</w:t>
      </w:r>
    </w:p>
    <w:p w14:paraId="2DBCD188"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Participate in architecture discussions and technical design reviews utilizing Lucid Charts and solution design documentation.</w:t>
      </w:r>
    </w:p>
    <w:p w14:paraId="3FBF27DF"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Leverage Azure Boards, Repos, Pull Requests, and Pipelines to support Agile delivery and CI/CD practices.</w:t>
      </w:r>
    </w:p>
    <w:p w14:paraId="23696B35"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Write unit and integration tests using Jest and React Testing Library to ensure maintainability and quality.</w:t>
      </w:r>
    </w:p>
    <w:p w14:paraId="1E4297E3"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Conduct code reviews and contribute to engineering standards, reusable patterns, accessibility compliance, and front-end best practices.</w:t>
      </w:r>
    </w:p>
    <w:p w14:paraId="7C7904D3" w14:textId="77777777" w:rsidR="002C078B" w:rsidRPr="002C078B" w:rsidRDefault="002C078B" w:rsidP="002C078B">
      <w:pPr>
        <w:pStyle w:val="ListBullet"/>
        <w:keepLines/>
        <w:numPr>
          <w:ilvl w:val="0"/>
          <w:numId w:val="0"/>
        </w:numPr>
        <w:ind w:left="259"/>
        <w:rPr>
          <w:rFonts w:asciiTheme="minorHAnsi" w:hAnsiTheme="minorHAnsi"/>
          <w:sz w:val="24"/>
          <w:szCs w:val="24"/>
        </w:rPr>
      </w:pPr>
    </w:p>
    <w:p w14:paraId="7BC9ABD0" w14:textId="77777777" w:rsidR="008C6BBC" w:rsidRDefault="00000000">
      <w:pPr>
        <w:pStyle w:val="Environment"/>
        <w:spacing w:before="30" w:after="80"/>
        <w:rPr>
          <w:rFonts w:asciiTheme="minorHAnsi" w:hAnsiTheme="minorHAnsi"/>
          <w:sz w:val="24"/>
          <w:szCs w:val="24"/>
        </w:rPr>
      </w:pPr>
      <w:r w:rsidRPr="002C078B">
        <w:rPr>
          <w:rFonts w:asciiTheme="minorHAnsi" w:hAnsiTheme="minorHAnsi"/>
          <w:b/>
          <w:sz w:val="24"/>
          <w:szCs w:val="24"/>
        </w:rPr>
        <w:t xml:space="preserve">Environment: </w:t>
      </w:r>
      <w:r w:rsidRPr="002C078B">
        <w:rPr>
          <w:rFonts w:asciiTheme="minorHAnsi" w:hAnsiTheme="minorHAnsi"/>
          <w:sz w:val="24"/>
          <w:szCs w:val="24"/>
        </w:rPr>
        <w:t>React.js, TypeScript, JavaScript (ES6+), Redux Toolkit, Context API, Node.js, REST APIs, PayPal, Apple Pay, Venmo, Paze, GrowthBook, Zeplin, Lucid Charts, Jest, React Testing Library, Azure Boards, Azure Repos, Azure Pipelines, Git, CI/CD, Agile/Scrum, WCAG.</w:t>
      </w:r>
    </w:p>
    <w:p w14:paraId="791673C7" w14:textId="77777777" w:rsidR="002C078B" w:rsidRPr="002C078B" w:rsidRDefault="002C078B">
      <w:pPr>
        <w:pStyle w:val="Environment"/>
        <w:spacing w:before="30" w:after="80"/>
        <w:rPr>
          <w:rFonts w:asciiTheme="minorHAnsi" w:hAnsiTheme="minorHAnsi"/>
          <w:sz w:val="24"/>
          <w:szCs w:val="24"/>
        </w:rPr>
      </w:pPr>
    </w:p>
    <w:p w14:paraId="02D14E4A" w14:textId="77777777" w:rsidR="008C6BBC" w:rsidRPr="002C078B" w:rsidRDefault="00000000">
      <w:pPr>
        <w:pStyle w:val="CompanyHeader"/>
        <w:keepNext/>
        <w:spacing w:before="100" w:after="10"/>
        <w:rPr>
          <w:rFonts w:asciiTheme="minorHAnsi" w:hAnsiTheme="minorHAnsi"/>
          <w:sz w:val="24"/>
          <w:szCs w:val="24"/>
        </w:rPr>
      </w:pPr>
      <w:r w:rsidRPr="002C078B">
        <w:rPr>
          <w:rFonts w:asciiTheme="minorHAnsi" w:hAnsiTheme="minorHAnsi"/>
          <w:sz w:val="24"/>
          <w:szCs w:val="24"/>
        </w:rPr>
        <w:t>Verizon (Contract Assignment through Spino Inc) – Alpharetta, GA</w:t>
      </w:r>
    </w:p>
    <w:p w14:paraId="32B52CF3" w14:textId="492AD78A" w:rsidR="008C6BBC" w:rsidRPr="002C078B" w:rsidRDefault="00000000">
      <w:pPr>
        <w:pStyle w:val="RoleLine"/>
        <w:keepNext/>
        <w:rPr>
          <w:rFonts w:asciiTheme="minorHAnsi" w:hAnsiTheme="minorHAnsi"/>
          <w:sz w:val="24"/>
          <w:szCs w:val="24"/>
        </w:rPr>
      </w:pPr>
      <w:r w:rsidRPr="002C078B">
        <w:rPr>
          <w:rFonts w:asciiTheme="minorHAnsi" w:hAnsiTheme="minorHAnsi"/>
          <w:sz w:val="24"/>
          <w:szCs w:val="24"/>
        </w:rPr>
        <w:t xml:space="preserve">Senior Front End React Engineer | </w:t>
      </w:r>
      <w:r w:rsidR="00150485">
        <w:rPr>
          <w:rFonts w:asciiTheme="minorHAnsi" w:hAnsiTheme="minorHAnsi"/>
          <w:sz w:val="24"/>
          <w:szCs w:val="24"/>
        </w:rPr>
        <w:t>Mar</w:t>
      </w:r>
      <w:r w:rsidRPr="002C078B">
        <w:rPr>
          <w:rFonts w:asciiTheme="minorHAnsi" w:hAnsiTheme="minorHAnsi"/>
          <w:sz w:val="24"/>
          <w:szCs w:val="24"/>
        </w:rPr>
        <w:t xml:space="preserve"> 2025 – Mar 2026</w:t>
      </w:r>
    </w:p>
    <w:p w14:paraId="6B8A255E"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Architected and developed enterprise-scale, high-traffic customer-facing applications using React.js, TypeScript, JavaScript (ES6+), React Hooks, Custom Hooks, Redux Toolkit, RTK Query, Context API, Tailwind CSS, HTML5, and CSS3.</w:t>
      </w:r>
    </w:p>
    <w:p w14:paraId="2DC875BE"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Designed and implemented Micro Frontend (MFE) architecture, enabling independently developed and deployable modules while improving scalability, code ownership, release flexibility, and maintainability across large enterprise applications.</w:t>
      </w:r>
    </w:p>
    <w:p w14:paraId="7E59D7C1"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Built reusable React component libraries, custom hooks, shared utilities, and design-system components to standardize development and deliver consistent user experiences across multiple Micro Frontends.</w:t>
      </w:r>
    </w:p>
    <w:p w14:paraId="57B7103B"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Implemented scalable client-side and server-state management using Redux Toolkit, RTK Query, Context API, and React Hooks, including API caching, cache invalidation, request lifecycle management, and data synchronization.</w:t>
      </w:r>
    </w:p>
    <w:p w14:paraId="24F690DC"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lastRenderedPageBreak/>
        <w:t>Developed and integrated Node.js-based Backend-for-Frontend (BFF) microservices, orchestrating and transforming data between Micro Frontends, GraphQL/REST APIs, and downstream enterprise services.</w:t>
      </w:r>
    </w:p>
    <w:p w14:paraId="22201134"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Built and enhanced Node.js microservices and GraphQL integrations supporting distributed application architectures, backend service orchestration, business logic, and scalable communication across enterprise platforms.</w:t>
      </w:r>
    </w:p>
    <w:p w14:paraId="4340C418"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Integrated LLM-powered services to support intelligent search, conversational chatbot experiences, contextual responses, and AI-assisted customer interactions within customer-facing applications.</w:t>
      </w:r>
    </w:p>
    <w:p w14:paraId="26AF9C25"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Developed responsive and reusable UI experiences from Figma designs using React.js and Tailwind CSS, collaborating closely with UX/UI teams to ensure pixel-accurate, mobile-responsive, and consistent implementations.</w:t>
      </w:r>
    </w:p>
    <w:p w14:paraId="3A05FF99"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Implemented WCAG accessibility standards including semantic HTML, ARIA attributes, keyboard navigation, screen-reader compatibility, focus management, and accessible form interactions.</w:t>
      </w:r>
    </w:p>
    <w:p w14:paraId="132B675A"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Improved application performance through code splitting, lazy loading, memoization, optimized rendering, bundle optimization, API caching, and React performance profiling.</w:t>
      </w:r>
    </w:p>
    <w:p w14:paraId="0328A836"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Implemented feature flags and experimentation using GrowthBook, supporting controlled feature rollouts, A/B testing, progressive releases, and reduced deployment risk.</w:t>
      </w:r>
    </w:p>
    <w:p w14:paraId="6C7859B5" w14:textId="77777777" w:rsidR="002C078B" w:rsidRPr="002C078B" w:rsidRDefault="002C078B" w:rsidP="002C078B">
      <w:pPr>
        <w:pStyle w:val="ListBullet"/>
        <w:keepLines/>
        <w:numPr>
          <w:ilvl w:val="0"/>
          <w:numId w:val="0"/>
        </w:numPr>
        <w:ind w:left="259"/>
        <w:rPr>
          <w:rFonts w:asciiTheme="minorHAnsi" w:hAnsiTheme="minorHAnsi"/>
          <w:sz w:val="24"/>
          <w:szCs w:val="24"/>
        </w:rPr>
      </w:pPr>
    </w:p>
    <w:p w14:paraId="49C9E227" w14:textId="77777777" w:rsidR="008C6BBC" w:rsidRDefault="00000000">
      <w:pPr>
        <w:pStyle w:val="Environment"/>
        <w:spacing w:before="30" w:after="80"/>
        <w:rPr>
          <w:rFonts w:asciiTheme="minorHAnsi" w:hAnsiTheme="minorHAnsi"/>
          <w:sz w:val="24"/>
          <w:szCs w:val="24"/>
        </w:rPr>
      </w:pPr>
      <w:r w:rsidRPr="002C078B">
        <w:rPr>
          <w:rFonts w:asciiTheme="minorHAnsi" w:hAnsiTheme="minorHAnsi"/>
          <w:b/>
          <w:sz w:val="24"/>
          <w:szCs w:val="24"/>
        </w:rPr>
        <w:t xml:space="preserve">Environment: </w:t>
      </w:r>
      <w:r w:rsidRPr="002C078B">
        <w:rPr>
          <w:rFonts w:asciiTheme="minorHAnsi" w:hAnsiTheme="minorHAnsi"/>
          <w:sz w:val="24"/>
          <w:szCs w:val="24"/>
        </w:rPr>
        <w:t>React.js, TypeScript, JavaScript (ES6+), Micro Frontends (MFE), React Hooks, Custom Hooks, Redux Toolkit, RTK Query, Context API, Node.js, BFF Microservices, GraphQL, REST APIs, LLM-powered Services, AI Search, Conversational Chatbots, Tailwind CSS, Figma, GrowthBook, HTML5, CSS3, WCAG, Git, Agile/Scrum.</w:t>
      </w:r>
    </w:p>
    <w:p w14:paraId="58220B3C" w14:textId="77777777" w:rsidR="002C078B" w:rsidRPr="002C078B" w:rsidRDefault="002C078B">
      <w:pPr>
        <w:pStyle w:val="Environment"/>
        <w:spacing w:before="30" w:after="80"/>
        <w:rPr>
          <w:rFonts w:asciiTheme="minorHAnsi" w:hAnsiTheme="minorHAnsi"/>
          <w:sz w:val="24"/>
          <w:szCs w:val="24"/>
        </w:rPr>
      </w:pPr>
    </w:p>
    <w:p w14:paraId="60F5D766" w14:textId="77777777" w:rsidR="008C6BBC" w:rsidRPr="002C078B" w:rsidRDefault="00000000">
      <w:pPr>
        <w:pStyle w:val="CompanyHeader"/>
        <w:keepNext/>
        <w:spacing w:before="100" w:after="10"/>
        <w:rPr>
          <w:rFonts w:asciiTheme="minorHAnsi" w:hAnsiTheme="minorHAnsi"/>
          <w:sz w:val="24"/>
          <w:szCs w:val="24"/>
        </w:rPr>
      </w:pPr>
      <w:r w:rsidRPr="002C078B">
        <w:rPr>
          <w:rFonts w:asciiTheme="minorHAnsi" w:hAnsiTheme="minorHAnsi"/>
          <w:sz w:val="24"/>
          <w:szCs w:val="24"/>
        </w:rPr>
        <w:t>Fiserv (Contract Assignment through Spino Inc) – Alpharetta, GA</w:t>
      </w:r>
    </w:p>
    <w:p w14:paraId="52553DBE" w14:textId="3FE70458" w:rsidR="008C6BBC" w:rsidRPr="002C078B" w:rsidRDefault="00000000">
      <w:pPr>
        <w:pStyle w:val="RoleLine"/>
        <w:keepNext/>
        <w:rPr>
          <w:rFonts w:asciiTheme="minorHAnsi" w:hAnsiTheme="minorHAnsi"/>
          <w:sz w:val="24"/>
          <w:szCs w:val="24"/>
        </w:rPr>
      </w:pPr>
      <w:r w:rsidRPr="002C078B">
        <w:rPr>
          <w:rFonts w:asciiTheme="minorHAnsi" w:hAnsiTheme="minorHAnsi"/>
          <w:sz w:val="24"/>
          <w:szCs w:val="24"/>
        </w:rPr>
        <w:t xml:space="preserve">Senior Front End React Developer | </w:t>
      </w:r>
      <w:r w:rsidR="00150485">
        <w:rPr>
          <w:rFonts w:asciiTheme="minorHAnsi" w:hAnsiTheme="minorHAnsi"/>
          <w:sz w:val="24"/>
          <w:szCs w:val="24"/>
        </w:rPr>
        <w:t>Jan</w:t>
      </w:r>
      <w:r w:rsidRPr="002C078B">
        <w:rPr>
          <w:rFonts w:asciiTheme="minorHAnsi" w:hAnsiTheme="minorHAnsi"/>
          <w:sz w:val="24"/>
          <w:szCs w:val="24"/>
        </w:rPr>
        <w:t xml:space="preserve"> 2024 –</w:t>
      </w:r>
      <w:r w:rsidR="00150485">
        <w:rPr>
          <w:rFonts w:asciiTheme="minorHAnsi" w:hAnsiTheme="minorHAnsi"/>
          <w:sz w:val="24"/>
          <w:szCs w:val="24"/>
        </w:rPr>
        <w:t xml:space="preserve">Feb </w:t>
      </w:r>
      <w:r w:rsidRPr="002C078B">
        <w:rPr>
          <w:rFonts w:asciiTheme="minorHAnsi" w:hAnsiTheme="minorHAnsi"/>
          <w:sz w:val="24"/>
          <w:szCs w:val="24"/>
        </w:rPr>
        <w:t>2025</w:t>
      </w:r>
    </w:p>
    <w:p w14:paraId="2B2E8C20"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Developed secure enterprise authentication and administration platforms using React.js, TypeScript, Remix, Redux Toolkit, reusable component architecture, and modern front-end engineering practices.</w:t>
      </w:r>
    </w:p>
    <w:p w14:paraId="33C262E5"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Built server-side rendered (SSR) application experiences with Remix to improve initial page performance, application responsiveness, SEO, and maintainability across enterprise workflows.</w:t>
      </w:r>
    </w:p>
    <w:p w14:paraId="4358B8AB"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Implemented role-based access control (RBAC), authentication workflows, authorization-aware UI behavior, and session-management solutions supporting secure administrative and user experiences.</w:t>
      </w:r>
    </w:p>
    <w:p w14:paraId="3DB14AEB"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Created reusable React components, custom hooks, shared UI frameworks, and common front-end utilities to improve consistency, reduce duplication, and accelerate feature delivery.</w:t>
      </w:r>
    </w:p>
    <w:p w14:paraId="5593E832"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Implemented centralized state-management patterns with Redux Toolkit for predictable application state, reusable business logic, and maintainable data flow across complex user journeys.</w:t>
      </w:r>
    </w:p>
    <w:p w14:paraId="263FA34D"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Integrated React applications with REST APIs and GraphQL services, transforming backend data into reusable UI models and supporting reliable communication with enterprise service layers.</w:t>
      </w:r>
    </w:p>
    <w:p w14:paraId="72689258"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Worked closely with Node.js service and backend teams to support scalable enterprise solutions, API integrations, service contracts, and end-to-end application workflows.</w:t>
      </w:r>
    </w:p>
    <w:p w14:paraId="30C31DD9"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Collaborated with UX teams to translate design requirements into responsive, accessible, and user-centric interfaces across desktop and web experiences.</w:t>
      </w:r>
    </w:p>
    <w:p w14:paraId="485CEC9E"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Implemented automated testing strategies using Vitest and Playwright to validate component behavior, critical application workflows, regression scenarios, and release quality.</w:t>
      </w:r>
    </w:p>
    <w:p w14:paraId="2FEE3A9F"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Participated in architecture reviews, code reviews, sprint planning, Agile ceremonies, technical troubleshooting, and engineering discussions to improve code quality and long-term maintainability.</w:t>
      </w:r>
    </w:p>
    <w:p w14:paraId="5891ACC0" w14:textId="77777777" w:rsidR="002C078B" w:rsidRPr="002C078B" w:rsidRDefault="002C078B" w:rsidP="002C078B">
      <w:pPr>
        <w:pStyle w:val="ListBullet"/>
        <w:keepLines/>
        <w:numPr>
          <w:ilvl w:val="0"/>
          <w:numId w:val="0"/>
        </w:numPr>
        <w:ind w:left="259"/>
        <w:rPr>
          <w:rFonts w:asciiTheme="minorHAnsi" w:hAnsiTheme="minorHAnsi"/>
          <w:sz w:val="24"/>
          <w:szCs w:val="24"/>
        </w:rPr>
      </w:pPr>
    </w:p>
    <w:p w14:paraId="614BBBB4" w14:textId="77777777" w:rsidR="008C6BBC" w:rsidRDefault="00000000">
      <w:pPr>
        <w:pStyle w:val="Environment"/>
        <w:spacing w:before="30" w:after="80"/>
        <w:rPr>
          <w:rFonts w:asciiTheme="minorHAnsi" w:hAnsiTheme="minorHAnsi"/>
          <w:sz w:val="24"/>
          <w:szCs w:val="24"/>
        </w:rPr>
      </w:pPr>
      <w:r w:rsidRPr="002C078B">
        <w:rPr>
          <w:rFonts w:asciiTheme="minorHAnsi" w:hAnsiTheme="minorHAnsi"/>
          <w:b/>
          <w:sz w:val="24"/>
          <w:szCs w:val="24"/>
        </w:rPr>
        <w:lastRenderedPageBreak/>
        <w:t xml:space="preserve">Environment: </w:t>
      </w:r>
      <w:r w:rsidRPr="002C078B">
        <w:rPr>
          <w:rFonts w:asciiTheme="minorHAnsi" w:hAnsiTheme="minorHAnsi"/>
          <w:sz w:val="24"/>
          <w:szCs w:val="24"/>
        </w:rPr>
        <w:t>React.js, TypeScript, Remix, Redux Toolkit, React Hooks, Custom Hooks, SSR, Node.js, REST APIs, GraphQL, RBAC, Authentication, Session Management, HTML5, CSS3, Accessibility, Vitest, Playwright, Git, Agile/Scrum.</w:t>
      </w:r>
    </w:p>
    <w:p w14:paraId="3D8112BA" w14:textId="77777777" w:rsidR="002C078B" w:rsidRPr="002C078B" w:rsidRDefault="002C078B">
      <w:pPr>
        <w:pStyle w:val="Environment"/>
        <w:spacing w:before="30" w:after="80"/>
        <w:rPr>
          <w:rFonts w:asciiTheme="minorHAnsi" w:hAnsiTheme="minorHAnsi"/>
          <w:sz w:val="24"/>
          <w:szCs w:val="24"/>
        </w:rPr>
      </w:pPr>
    </w:p>
    <w:p w14:paraId="316CCF58" w14:textId="77777777" w:rsidR="008C6BBC" w:rsidRPr="002C078B" w:rsidRDefault="00000000">
      <w:pPr>
        <w:pStyle w:val="CompanyHeader"/>
        <w:keepNext/>
        <w:spacing w:before="100" w:after="10"/>
        <w:rPr>
          <w:rFonts w:asciiTheme="minorHAnsi" w:hAnsiTheme="minorHAnsi"/>
          <w:sz w:val="24"/>
          <w:szCs w:val="24"/>
        </w:rPr>
      </w:pPr>
      <w:r w:rsidRPr="002C078B">
        <w:rPr>
          <w:rFonts w:asciiTheme="minorHAnsi" w:hAnsiTheme="minorHAnsi"/>
          <w:sz w:val="24"/>
          <w:szCs w:val="24"/>
        </w:rPr>
        <w:t>Florida Blue (Contract Assignment through Spino Inc) – Remote</w:t>
      </w:r>
    </w:p>
    <w:p w14:paraId="365B2C79" w14:textId="3279CA79" w:rsidR="008C6BBC" w:rsidRPr="002C078B" w:rsidRDefault="00000000">
      <w:pPr>
        <w:pStyle w:val="RoleLine"/>
        <w:keepNext/>
        <w:rPr>
          <w:rFonts w:asciiTheme="minorHAnsi" w:hAnsiTheme="minorHAnsi"/>
          <w:sz w:val="24"/>
          <w:szCs w:val="24"/>
        </w:rPr>
      </w:pPr>
      <w:r w:rsidRPr="002C078B">
        <w:rPr>
          <w:rFonts w:asciiTheme="minorHAnsi" w:hAnsiTheme="minorHAnsi"/>
          <w:sz w:val="24"/>
          <w:szCs w:val="24"/>
        </w:rPr>
        <w:t xml:space="preserve">Senior Frontend Web Developer | Jun 2020 – </w:t>
      </w:r>
      <w:r w:rsidR="00150485">
        <w:rPr>
          <w:rFonts w:asciiTheme="minorHAnsi" w:hAnsiTheme="minorHAnsi"/>
          <w:sz w:val="24"/>
          <w:szCs w:val="24"/>
        </w:rPr>
        <w:t>Dec</w:t>
      </w:r>
      <w:r w:rsidRPr="002C078B">
        <w:rPr>
          <w:rFonts w:asciiTheme="minorHAnsi" w:hAnsiTheme="minorHAnsi"/>
          <w:sz w:val="24"/>
          <w:szCs w:val="24"/>
        </w:rPr>
        <w:t xml:space="preserve"> 202</w:t>
      </w:r>
      <w:r w:rsidR="00150485">
        <w:rPr>
          <w:rFonts w:asciiTheme="minorHAnsi" w:hAnsiTheme="minorHAnsi"/>
          <w:sz w:val="24"/>
          <w:szCs w:val="24"/>
        </w:rPr>
        <w:t>3</w:t>
      </w:r>
    </w:p>
    <w:p w14:paraId="62C5FF10"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Built and enhanced large-scale healthcare member portals supporting Medicare, Medicaid, and commercial insurance members, delivering secure and user-focused digital self-service experiences.</w:t>
      </w:r>
    </w:p>
    <w:p w14:paraId="60D6F23C"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Developed core functionality for Find Care and Make a Payment applications, supporting provider discovery, member self-service workflows, and online premium payment experiences for large healthcare customer populations.</w:t>
      </w:r>
    </w:p>
    <w:p w14:paraId="3117D771"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Built scalable React.js and Next.js applications using reusable components, custom hooks, shared UI patterns, and server-side rendering (SSR) to improve performance, SEO, maintainability, and customer experience.</w:t>
      </w:r>
    </w:p>
    <w:p w14:paraId="7AB0D640"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Developed provider-search experiences with filtering, search, and user-friendly result interactions, enabling members to efficiently discover healthcare providers and care options.</w:t>
      </w:r>
    </w:p>
    <w:p w14:paraId="6D184B09"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Integrated Stripe payment processing into member-facing applications to support secure online premium payment workflows and reliable payment interactions.</w:t>
      </w:r>
    </w:p>
    <w:p w14:paraId="580386CA"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Integrated REST APIs and GraphQL services to retrieve and present healthcare, member, provider, and application data across customer-facing workflows.</w:t>
      </w:r>
    </w:p>
    <w:p w14:paraId="1A56CA3A"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Integrated WordPress CMS-driven content into React/Next.js experiences, supporting maintainable content delivery while separating content management from front-end presentation.</w:t>
      </w:r>
    </w:p>
    <w:p w14:paraId="0E98DA8E"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Implemented responsive and accessible user experiences across desktop and mobile devices, applying accessibility best practices to improve usability for diverse member populations.</w:t>
      </w:r>
    </w:p>
    <w:p w14:paraId="19053801"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Leveraged AWS services including S3, CloudFront, API Gateway, and Lambda to support cloud-based application delivery, integrations, and scalable web-platform capabilities.</w:t>
      </w:r>
    </w:p>
    <w:p w14:paraId="78423D9A"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Collaborated with product owners, designers, architects, backend teams, and business stakeholders to translate requirements into scalable technical solutions and production-ready features.</w:t>
      </w:r>
    </w:p>
    <w:p w14:paraId="2042227A"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Improved application performance, testing coverage, deployment automation, debugging practices, and long-term code maintainability across a multi-year enterprise healthcare platform.</w:t>
      </w:r>
    </w:p>
    <w:p w14:paraId="12325647" w14:textId="77777777" w:rsidR="002C078B" w:rsidRPr="002C078B" w:rsidRDefault="002C078B" w:rsidP="002C078B">
      <w:pPr>
        <w:pStyle w:val="ListBullet"/>
        <w:keepLines/>
        <w:numPr>
          <w:ilvl w:val="0"/>
          <w:numId w:val="0"/>
        </w:numPr>
        <w:ind w:left="259"/>
        <w:rPr>
          <w:rFonts w:asciiTheme="minorHAnsi" w:hAnsiTheme="minorHAnsi"/>
          <w:sz w:val="24"/>
          <w:szCs w:val="24"/>
        </w:rPr>
      </w:pPr>
    </w:p>
    <w:p w14:paraId="24315A98" w14:textId="77777777" w:rsidR="008C6BBC" w:rsidRDefault="00000000">
      <w:pPr>
        <w:pStyle w:val="Environment"/>
        <w:spacing w:before="30" w:after="80"/>
        <w:rPr>
          <w:rFonts w:asciiTheme="minorHAnsi" w:hAnsiTheme="minorHAnsi"/>
          <w:sz w:val="24"/>
          <w:szCs w:val="24"/>
        </w:rPr>
      </w:pPr>
      <w:r w:rsidRPr="002C078B">
        <w:rPr>
          <w:rFonts w:asciiTheme="minorHAnsi" w:hAnsiTheme="minorHAnsi"/>
          <w:b/>
          <w:sz w:val="24"/>
          <w:szCs w:val="24"/>
        </w:rPr>
        <w:t xml:space="preserve">Environment: </w:t>
      </w:r>
      <w:r w:rsidRPr="002C078B">
        <w:rPr>
          <w:rFonts w:asciiTheme="minorHAnsi" w:hAnsiTheme="minorHAnsi"/>
          <w:sz w:val="24"/>
          <w:szCs w:val="24"/>
        </w:rPr>
        <w:t>React.js, Next.js, JavaScript (ES6+), React Hooks, Custom Hooks, SSR, REST APIs, GraphQL, Stripe, WordPress CMS, AWS S3, CloudFront, API Gateway, Lambda, HTML5, CSS3, Responsive Design, Accessibility/WCAG, Git, CI/CD, Agile/Scrum.</w:t>
      </w:r>
    </w:p>
    <w:p w14:paraId="06D0E6E4" w14:textId="77777777" w:rsidR="002C078B" w:rsidRPr="002C078B" w:rsidRDefault="002C078B">
      <w:pPr>
        <w:pStyle w:val="Environment"/>
        <w:spacing w:before="30" w:after="80"/>
        <w:rPr>
          <w:rFonts w:asciiTheme="minorHAnsi" w:hAnsiTheme="minorHAnsi"/>
          <w:sz w:val="24"/>
          <w:szCs w:val="24"/>
        </w:rPr>
      </w:pPr>
    </w:p>
    <w:p w14:paraId="146D3C82" w14:textId="77777777" w:rsidR="008C6BBC" w:rsidRPr="002C078B" w:rsidRDefault="00000000">
      <w:pPr>
        <w:pStyle w:val="CompanyHeader"/>
        <w:keepNext/>
        <w:spacing w:before="100" w:after="10"/>
        <w:rPr>
          <w:rFonts w:asciiTheme="minorHAnsi" w:hAnsiTheme="minorHAnsi"/>
          <w:sz w:val="24"/>
          <w:szCs w:val="24"/>
        </w:rPr>
      </w:pPr>
      <w:r w:rsidRPr="002C078B">
        <w:rPr>
          <w:rFonts w:asciiTheme="minorHAnsi" w:hAnsiTheme="minorHAnsi"/>
          <w:sz w:val="24"/>
          <w:szCs w:val="24"/>
        </w:rPr>
        <w:t>Macy's (Contract Assignment through Spino Inc) – Duluth, GA</w:t>
      </w:r>
    </w:p>
    <w:p w14:paraId="3DB6FF0C" w14:textId="77777777" w:rsidR="008C6BBC" w:rsidRPr="002C078B" w:rsidRDefault="00000000">
      <w:pPr>
        <w:pStyle w:val="RoleLine"/>
        <w:keepNext/>
        <w:rPr>
          <w:rFonts w:asciiTheme="minorHAnsi" w:hAnsiTheme="minorHAnsi"/>
          <w:sz w:val="24"/>
          <w:szCs w:val="24"/>
        </w:rPr>
      </w:pPr>
      <w:r w:rsidRPr="002C078B">
        <w:rPr>
          <w:rFonts w:asciiTheme="minorHAnsi" w:hAnsiTheme="minorHAnsi"/>
          <w:sz w:val="24"/>
          <w:szCs w:val="24"/>
        </w:rPr>
        <w:t>Front End Developer | Jun 2018 – May 2020</w:t>
      </w:r>
    </w:p>
    <w:p w14:paraId="30635590"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Modernized legacy retail applications by migrating PHP-based user interfaces to React.js architecture, improving maintainability, component reuse, and the overall front-end development model.</w:t>
      </w:r>
    </w:p>
    <w:p w14:paraId="6DD645DC"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Developed inventory-management and product-lookup applications supporting retail operations, store associates, product discovery, and inventory-related workflows.</w:t>
      </w:r>
    </w:p>
    <w:p w14:paraId="5042ECE0"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Built reusable React components and responsive user interfaces using JavaScript, HTML5, and CSS3, establishing shared patterns for consistent functionality across retail applications.</w:t>
      </w:r>
    </w:p>
    <w:p w14:paraId="32863334"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Implemented Redux-based state management to manage shared application data, user interactions, and predictable state updates across complex front-end workflows.</w:t>
      </w:r>
    </w:p>
    <w:p w14:paraId="616725F5"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lastRenderedPageBreak/>
        <w:t>Integrated frontend applications with backend APIs and developed Node.js services supporting inventory, product, and operational workflows across retail systems.</w:t>
      </w:r>
    </w:p>
    <w:p w14:paraId="4D282090"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Collaborated with mobile teams on React Native features used on retail devices, helping extend shared JavaScript/React development patterns into mobile operational experiences.</w:t>
      </w:r>
    </w:p>
    <w:p w14:paraId="1776181F"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Worked with SQL databases, query optimization, and data-integration processes supporting inventory and product-related application requirements.</w:t>
      </w:r>
    </w:p>
    <w:p w14:paraId="28880EA4"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Participated in application debugging, defect resolution, code reviews, testing, production support, and technical troubleshooting throughout the software delivery lifecycle.</w:t>
      </w:r>
    </w:p>
    <w:p w14:paraId="06A677F5" w14:textId="77777777" w:rsidR="008C6BBC" w:rsidRPr="002C078B" w:rsidRDefault="00000000">
      <w:pPr>
        <w:pStyle w:val="ListBullet"/>
        <w:keepLines/>
        <w:rPr>
          <w:rFonts w:asciiTheme="minorHAnsi" w:hAnsiTheme="minorHAnsi"/>
          <w:sz w:val="24"/>
          <w:szCs w:val="24"/>
        </w:rPr>
      </w:pPr>
      <w:r w:rsidRPr="002C078B">
        <w:rPr>
          <w:rFonts w:asciiTheme="minorHAnsi" w:hAnsiTheme="minorHAnsi"/>
          <w:sz w:val="24"/>
          <w:szCs w:val="24"/>
        </w:rPr>
        <w:t>Supported CI/CD pipelines and production deployments, collaborating within Agile teams to deliver incremental enhancements and modernization initiatives for enterprise retail applications.</w:t>
      </w:r>
    </w:p>
    <w:p w14:paraId="522ACE1A" w14:textId="77777777" w:rsidR="002C078B" w:rsidRPr="002C078B" w:rsidRDefault="002C078B" w:rsidP="002C078B">
      <w:pPr>
        <w:pStyle w:val="ListBullet"/>
        <w:keepLines/>
        <w:numPr>
          <w:ilvl w:val="0"/>
          <w:numId w:val="0"/>
        </w:numPr>
        <w:ind w:left="259"/>
        <w:rPr>
          <w:rFonts w:asciiTheme="minorHAnsi" w:hAnsiTheme="minorHAnsi"/>
          <w:sz w:val="24"/>
          <w:szCs w:val="24"/>
        </w:rPr>
      </w:pPr>
    </w:p>
    <w:p w14:paraId="67F9A073" w14:textId="077CB0A1" w:rsidR="004A5DC9" w:rsidRDefault="00000000">
      <w:pPr>
        <w:pStyle w:val="Environment"/>
        <w:spacing w:before="30" w:after="80"/>
        <w:rPr>
          <w:rFonts w:asciiTheme="minorHAnsi" w:hAnsiTheme="minorHAnsi"/>
          <w:sz w:val="24"/>
          <w:szCs w:val="24"/>
        </w:rPr>
      </w:pPr>
      <w:r w:rsidRPr="002C078B">
        <w:rPr>
          <w:rFonts w:asciiTheme="minorHAnsi" w:hAnsiTheme="minorHAnsi"/>
          <w:b/>
          <w:sz w:val="24"/>
          <w:szCs w:val="24"/>
        </w:rPr>
        <w:t xml:space="preserve">Environment: </w:t>
      </w:r>
      <w:r w:rsidRPr="002C078B">
        <w:rPr>
          <w:rFonts w:asciiTheme="minorHAnsi" w:hAnsiTheme="minorHAnsi"/>
          <w:sz w:val="24"/>
          <w:szCs w:val="24"/>
        </w:rPr>
        <w:t>React.js, Redux, JavaScript (ES6+), HTML5, CSS3, PHP, Node.js, REST APIs, React Native, SQL, Git, CI/CD, Agile/Scrum, Responsive Web Design.</w:t>
      </w:r>
    </w:p>
    <w:p w14:paraId="2B116B0E" w14:textId="77777777" w:rsidR="004A5DC9" w:rsidRPr="002C078B" w:rsidRDefault="004A5DC9">
      <w:pPr>
        <w:pStyle w:val="Environment"/>
        <w:spacing w:before="30" w:after="80"/>
        <w:rPr>
          <w:rFonts w:asciiTheme="minorHAnsi" w:hAnsiTheme="minorHAnsi"/>
          <w:sz w:val="24"/>
          <w:szCs w:val="24"/>
        </w:rPr>
      </w:pPr>
    </w:p>
    <w:p w14:paraId="7CD0B0E0" w14:textId="77777777" w:rsidR="004A5DC9" w:rsidRDefault="004A5DC9" w:rsidP="004A5DC9">
      <w:pPr>
        <w:pStyle w:val="RoleLine"/>
        <w:keepNext/>
        <w:rPr>
          <w:rFonts w:asciiTheme="minorHAnsi" w:hAnsiTheme="minorHAnsi"/>
          <w:color w:val="1F1F1F"/>
          <w:sz w:val="24"/>
          <w:szCs w:val="24"/>
        </w:rPr>
      </w:pPr>
      <w:r w:rsidRPr="004A5DC9">
        <w:rPr>
          <w:rFonts w:asciiTheme="minorHAnsi" w:hAnsiTheme="minorHAnsi"/>
          <w:color w:val="1F1F1F"/>
          <w:sz w:val="24"/>
          <w:szCs w:val="24"/>
        </w:rPr>
        <w:t>Aricent Technologies, Bangalore, India</w:t>
      </w:r>
    </w:p>
    <w:p w14:paraId="7FD4ED0A" w14:textId="3862A30B" w:rsidR="004A5DC9" w:rsidRPr="002C078B" w:rsidRDefault="004A5DC9" w:rsidP="004A5DC9">
      <w:pPr>
        <w:pStyle w:val="RoleLine"/>
        <w:keepNext/>
        <w:rPr>
          <w:rFonts w:asciiTheme="minorHAnsi" w:hAnsiTheme="minorHAnsi"/>
          <w:sz w:val="24"/>
          <w:szCs w:val="24"/>
        </w:rPr>
      </w:pPr>
      <w:r>
        <w:rPr>
          <w:rFonts w:asciiTheme="minorHAnsi" w:hAnsiTheme="minorHAnsi"/>
          <w:sz w:val="24"/>
          <w:szCs w:val="24"/>
        </w:rPr>
        <w:t>Software Engineer</w:t>
      </w:r>
      <w:r w:rsidRPr="002C078B">
        <w:rPr>
          <w:rFonts w:asciiTheme="minorHAnsi" w:hAnsiTheme="minorHAnsi"/>
          <w:sz w:val="24"/>
          <w:szCs w:val="24"/>
        </w:rPr>
        <w:t xml:space="preserve"> | </w:t>
      </w:r>
      <w:r w:rsidRPr="004A5DC9">
        <w:rPr>
          <w:rFonts w:asciiTheme="minorHAnsi" w:hAnsiTheme="minorHAnsi"/>
          <w:sz w:val="24"/>
          <w:szCs w:val="24"/>
        </w:rPr>
        <w:t>May 2014 – Dec 2015</w:t>
      </w:r>
    </w:p>
    <w:p w14:paraId="16FCEEA2" w14:textId="17AEE422" w:rsidR="004A5DC9" w:rsidRPr="004A5DC9" w:rsidRDefault="004A5DC9" w:rsidP="004A5DC9">
      <w:pPr>
        <w:pStyle w:val="ListBullet"/>
        <w:keepLines/>
        <w:rPr>
          <w:rFonts w:asciiTheme="minorHAnsi" w:hAnsiTheme="minorHAnsi"/>
          <w:sz w:val="24"/>
          <w:szCs w:val="24"/>
        </w:rPr>
      </w:pPr>
      <w:r w:rsidRPr="004A5DC9">
        <w:rPr>
          <w:rFonts w:asciiTheme="minorHAnsi" w:hAnsiTheme="minorHAnsi"/>
          <w:sz w:val="24"/>
          <w:szCs w:val="24"/>
        </w:rPr>
        <w:t>Contributed to the development of enterprise web applications as part of the front-end engineering team using HTML5, CSS3, JavaScript, jQuery, and AngularJS.</w:t>
      </w:r>
    </w:p>
    <w:p w14:paraId="005B896F" w14:textId="737D18BA" w:rsidR="004A5DC9" w:rsidRPr="004A5DC9" w:rsidRDefault="004A5DC9" w:rsidP="004A5DC9">
      <w:pPr>
        <w:pStyle w:val="ListBullet"/>
        <w:keepLines/>
        <w:rPr>
          <w:rFonts w:asciiTheme="minorHAnsi" w:hAnsiTheme="minorHAnsi"/>
          <w:sz w:val="24"/>
          <w:szCs w:val="24"/>
        </w:rPr>
      </w:pPr>
      <w:r w:rsidRPr="004A5DC9">
        <w:rPr>
          <w:rFonts w:asciiTheme="minorHAnsi" w:hAnsiTheme="minorHAnsi"/>
          <w:sz w:val="24"/>
          <w:szCs w:val="24"/>
        </w:rPr>
        <w:t>Developed responsive and interactive user interface components based on functional requirements, wireframes, and design specifications.</w:t>
      </w:r>
    </w:p>
    <w:p w14:paraId="52B40CDD" w14:textId="75660419" w:rsidR="004A5DC9" w:rsidRPr="004A5DC9" w:rsidRDefault="004A5DC9" w:rsidP="004A5DC9">
      <w:pPr>
        <w:pStyle w:val="ListBullet"/>
        <w:keepLines/>
        <w:rPr>
          <w:rFonts w:asciiTheme="minorHAnsi" w:hAnsiTheme="minorHAnsi"/>
          <w:sz w:val="24"/>
          <w:szCs w:val="24"/>
        </w:rPr>
      </w:pPr>
      <w:r w:rsidRPr="004A5DC9">
        <w:rPr>
          <w:rFonts w:asciiTheme="minorHAnsi" w:hAnsiTheme="minorHAnsi"/>
          <w:sz w:val="24"/>
          <w:szCs w:val="24"/>
        </w:rPr>
        <w:t>Built reusable UI elements and implemented client-side functionality using AngularJS directives, controllers, services, and data binding to support dynamic application behavior.</w:t>
      </w:r>
    </w:p>
    <w:p w14:paraId="605E5433" w14:textId="3C334B91" w:rsidR="004A5DC9" w:rsidRPr="004A5DC9" w:rsidRDefault="004A5DC9" w:rsidP="004A5DC9">
      <w:pPr>
        <w:pStyle w:val="ListBullet"/>
        <w:keepLines/>
        <w:rPr>
          <w:rFonts w:asciiTheme="minorHAnsi" w:hAnsiTheme="minorHAnsi"/>
          <w:sz w:val="24"/>
          <w:szCs w:val="24"/>
        </w:rPr>
      </w:pPr>
      <w:r w:rsidRPr="004A5DC9">
        <w:rPr>
          <w:rFonts w:asciiTheme="minorHAnsi" w:hAnsiTheme="minorHAnsi"/>
          <w:sz w:val="24"/>
          <w:szCs w:val="24"/>
        </w:rPr>
        <w:t>Created interactive prototypes and proof-of-concept screens to validate user experience, workflows, and business requirements before full-scale development.</w:t>
      </w:r>
    </w:p>
    <w:p w14:paraId="1DD10F8E" w14:textId="6024F9F9" w:rsidR="004A5DC9" w:rsidRPr="004A5DC9" w:rsidRDefault="004A5DC9" w:rsidP="004A5DC9">
      <w:pPr>
        <w:pStyle w:val="ListBullet"/>
        <w:keepLines/>
        <w:rPr>
          <w:rFonts w:asciiTheme="minorHAnsi" w:hAnsiTheme="minorHAnsi"/>
          <w:sz w:val="24"/>
          <w:szCs w:val="24"/>
        </w:rPr>
      </w:pPr>
      <w:r w:rsidRPr="004A5DC9">
        <w:rPr>
          <w:rFonts w:asciiTheme="minorHAnsi" w:hAnsiTheme="minorHAnsi"/>
          <w:sz w:val="24"/>
          <w:szCs w:val="24"/>
        </w:rPr>
        <w:t>Assisted in defining and maintaining UI style guidelines, reusable CSS patterns, layouts, and front-end coding standards to ensure consistency across application screens.</w:t>
      </w:r>
    </w:p>
    <w:p w14:paraId="784E8B0E" w14:textId="6B6F76D9" w:rsidR="004A5DC9" w:rsidRPr="004A5DC9" w:rsidRDefault="004A5DC9" w:rsidP="004A5DC9">
      <w:pPr>
        <w:pStyle w:val="ListBullet"/>
        <w:keepLines/>
        <w:rPr>
          <w:rFonts w:asciiTheme="minorHAnsi" w:hAnsiTheme="minorHAnsi"/>
          <w:sz w:val="24"/>
          <w:szCs w:val="24"/>
        </w:rPr>
      </w:pPr>
      <w:r w:rsidRPr="004A5DC9">
        <w:rPr>
          <w:rFonts w:asciiTheme="minorHAnsi" w:hAnsiTheme="minorHAnsi"/>
          <w:sz w:val="24"/>
          <w:szCs w:val="24"/>
        </w:rPr>
        <w:t>Integrated front-end components with backend services and APIs, handling data presentation, validations, user interactions, and error scenarios.</w:t>
      </w:r>
    </w:p>
    <w:p w14:paraId="550CDB32" w14:textId="5644BCB8" w:rsidR="004A5DC9" w:rsidRPr="004A5DC9" w:rsidRDefault="004A5DC9" w:rsidP="004A5DC9">
      <w:pPr>
        <w:pStyle w:val="ListBullet"/>
        <w:keepLines/>
        <w:rPr>
          <w:rFonts w:asciiTheme="minorHAnsi" w:hAnsiTheme="minorHAnsi"/>
          <w:sz w:val="24"/>
          <w:szCs w:val="24"/>
        </w:rPr>
      </w:pPr>
      <w:r w:rsidRPr="004A5DC9">
        <w:rPr>
          <w:rFonts w:asciiTheme="minorHAnsi" w:hAnsiTheme="minorHAnsi"/>
          <w:sz w:val="24"/>
          <w:szCs w:val="24"/>
        </w:rPr>
        <w:t>Implemented form validations, dynamic content rendering, event handling, and browser-based interactions using JavaScript and jQuery.</w:t>
      </w:r>
    </w:p>
    <w:p w14:paraId="69420054" w14:textId="3BC72CBF" w:rsidR="004A5DC9" w:rsidRPr="004A5DC9" w:rsidRDefault="004A5DC9" w:rsidP="004A5DC9">
      <w:pPr>
        <w:pStyle w:val="ListBullet"/>
        <w:keepLines/>
        <w:rPr>
          <w:rFonts w:asciiTheme="minorHAnsi" w:hAnsiTheme="minorHAnsi"/>
          <w:sz w:val="24"/>
          <w:szCs w:val="24"/>
        </w:rPr>
      </w:pPr>
      <w:r w:rsidRPr="004A5DC9">
        <w:rPr>
          <w:rFonts w:asciiTheme="minorHAnsi" w:hAnsiTheme="minorHAnsi"/>
          <w:sz w:val="24"/>
          <w:szCs w:val="24"/>
        </w:rPr>
        <w:t>Identified and resolved UI defects related to layout, browser compatibility, JavaScript behavior, and application workflows.</w:t>
      </w:r>
    </w:p>
    <w:p w14:paraId="24137753" w14:textId="32096E0B" w:rsidR="004A5DC9" w:rsidRPr="004A5DC9" w:rsidRDefault="004A5DC9" w:rsidP="004A5DC9">
      <w:pPr>
        <w:pStyle w:val="ListBullet"/>
        <w:keepLines/>
        <w:rPr>
          <w:rFonts w:asciiTheme="minorHAnsi" w:hAnsiTheme="minorHAnsi"/>
          <w:sz w:val="24"/>
          <w:szCs w:val="24"/>
        </w:rPr>
      </w:pPr>
      <w:r w:rsidRPr="004A5DC9">
        <w:rPr>
          <w:rFonts w:asciiTheme="minorHAnsi" w:hAnsiTheme="minorHAnsi"/>
          <w:sz w:val="24"/>
          <w:szCs w:val="24"/>
        </w:rPr>
        <w:t>Worked closely with senior developers, QA engineers, designers, business analysts, and project leads in an Agile development environment to deliver assigned features and enhancements.</w:t>
      </w:r>
    </w:p>
    <w:p w14:paraId="19D578B5" w14:textId="7538ABDC" w:rsidR="004A5DC9" w:rsidRPr="004A5DC9" w:rsidRDefault="004A5DC9" w:rsidP="004A5DC9">
      <w:pPr>
        <w:pStyle w:val="ListBullet"/>
        <w:keepLines/>
        <w:rPr>
          <w:rFonts w:asciiTheme="minorHAnsi" w:hAnsiTheme="minorHAnsi"/>
          <w:sz w:val="24"/>
          <w:szCs w:val="24"/>
        </w:rPr>
      </w:pPr>
      <w:r w:rsidRPr="004A5DC9">
        <w:rPr>
          <w:rFonts w:asciiTheme="minorHAnsi" w:hAnsiTheme="minorHAnsi"/>
          <w:sz w:val="24"/>
          <w:szCs w:val="24"/>
        </w:rPr>
        <w:t>Participated in requirement discussions, development reviews, defect analysis, code fixes, and application support activities throughout the Software Development Life Cycle (SDLC).</w:t>
      </w:r>
    </w:p>
    <w:p w14:paraId="3BD888A5" w14:textId="6ED6EDDC" w:rsidR="004A5DC9" w:rsidRPr="004A5DC9" w:rsidRDefault="004A5DC9" w:rsidP="004A5DC9">
      <w:pPr>
        <w:pStyle w:val="ListBullet"/>
        <w:keepLines/>
        <w:rPr>
          <w:rFonts w:asciiTheme="minorHAnsi" w:hAnsiTheme="minorHAnsi"/>
          <w:sz w:val="24"/>
          <w:szCs w:val="24"/>
        </w:rPr>
      </w:pPr>
      <w:r w:rsidRPr="004A5DC9">
        <w:rPr>
          <w:rFonts w:asciiTheme="minorHAnsi" w:hAnsiTheme="minorHAnsi"/>
          <w:sz w:val="24"/>
          <w:szCs w:val="24"/>
        </w:rPr>
        <w:t>G</w:t>
      </w:r>
      <w:r w:rsidRPr="004A5DC9">
        <w:rPr>
          <w:rFonts w:asciiTheme="minorHAnsi" w:hAnsiTheme="minorHAnsi"/>
          <w:sz w:val="24"/>
          <w:szCs w:val="24"/>
        </w:rPr>
        <w:t>ained hands-on experience working on enterprise applications for global clients, following established development processes, coding standards, testing practices, and release procedures.</w:t>
      </w:r>
    </w:p>
    <w:p w14:paraId="1472087E" w14:textId="77777777" w:rsidR="004A5DC9" w:rsidRPr="002C078B" w:rsidRDefault="004A5DC9" w:rsidP="004A5DC9">
      <w:pPr>
        <w:pStyle w:val="ListBullet"/>
        <w:keepLines/>
        <w:numPr>
          <w:ilvl w:val="0"/>
          <w:numId w:val="0"/>
        </w:numPr>
        <w:ind w:left="259"/>
        <w:rPr>
          <w:rFonts w:asciiTheme="minorHAnsi" w:hAnsiTheme="minorHAnsi"/>
          <w:sz w:val="24"/>
          <w:szCs w:val="24"/>
        </w:rPr>
      </w:pPr>
    </w:p>
    <w:p w14:paraId="5C7420A8" w14:textId="30249BE0" w:rsidR="002C078B" w:rsidRDefault="004A5DC9">
      <w:pPr>
        <w:pStyle w:val="Environment"/>
        <w:spacing w:before="30" w:after="80"/>
        <w:rPr>
          <w:rFonts w:asciiTheme="minorHAnsi" w:hAnsiTheme="minorHAnsi"/>
          <w:sz w:val="24"/>
          <w:szCs w:val="24"/>
        </w:rPr>
      </w:pPr>
      <w:r w:rsidRPr="002C078B">
        <w:rPr>
          <w:rFonts w:asciiTheme="minorHAnsi" w:hAnsiTheme="minorHAnsi"/>
          <w:b/>
          <w:sz w:val="24"/>
          <w:szCs w:val="24"/>
        </w:rPr>
        <w:t xml:space="preserve">Environment: </w:t>
      </w:r>
      <w:r w:rsidRPr="004A5DC9">
        <w:rPr>
          <w:rFonts w:asciiTheme="minorHAnsi" w:hAnsiTheme="minorHAnsi"/>
          <w:sz w:val="24"/>
          <w:szCs w:val="24"/>
        </w:rPr>
        <w:t>AngularJS, JavaScript, jQuery, HTML5, CSS3, Responsive Web Design, UI Prototyping, Front-End Development, API Integration, Unit Testing, Debugging, Cross-Browser Compatibility, Agile, SDLC</w:t>
      </w:r>
    </w:p>
    <w:p w14:paraId="39D549E6" w14:textId="77777777" w:rsidR="004A5DC9" w:rsidRPr="004A5DC9" w:rsidRDefault="004A5DC9">
      <w:pPr>
        <w:pStyle w:val="Environment"/>
        <w:spacing w:before="30" w:after="80"/>
        <w:rPr>
          <w:rFonts w:asciiTheme="minorHAnsi" w:hAnsiTheme="minorHAnsi"/>
          <w:sz w:val="24"/>
          <w:szCs w:val="24"/>
        </w:rPr>
      </w:pPr>
    </w:p>
    <w:p w14:paraId="3957719D" w14:textId="77777777" w:rsidR="008C6BBC" w:rsidRPr="00150485" w:rsidRDefault="00000000">
      <w:pPr>
        <w:pStyle w:val="SectionHeader"/>
        <w:keepNext/>
        <w:pBdr>
          <w:bottom w:val="single" w:sz="8" w:space="1" w:color="B7B7B7"/>
        </w:pBdr>
        <w:spacing w:before="80" w:after="80"/>
        <w:rPr>
          <w:rFonts w:asciiTheme="minorHAnsi" w:hAnsiTheme="minorHAnsi"/>
          <w:sz w:val="24"/>
          <w:szCs w:val="24"/>
        </w:rPr>
      </w:pPr>
      <w:r w:rsidRPr="00150485">
        <w:rPr>
          <w:rFonts w:asciiTheme="minorHAnsi" w:hAnsiTheme="minorHAnsi"/>
          <w:sz w:val="24"/>
          <w:szCs w:val="24"/>
        </w:rPr>
        <w:t>EDUCATION</w:t>
      </w:r>
    </w:p>
    <w:p w14:paraId="6AAE75AA" w14:textId="5F75743F" w:rsidR="008C6BBC" w:rsidRPr="00150485" w:rsidRDefault="00000000">
      <w:pPr>
        <w:spacing w:after="30"/>
        <w:rPr>
          <w:rFonts w:asciiTheme="minorHAnsi" w:hAnsiTheme="minorHAnsi"/>
          <w:sz w:val="24"/>
          <w:szCs w:val="24"/>
        </w:rPr>
      </w:pPr>
      <w:r w:rsidRPr="00150485">
        <w:rPr>
          <w:rFonts w:asciiTheme="minorHAnsi" w:hAnsiTheme="minorHAnsi"/>
          <w:sz w:val="24"/>
          <w:szCs w:val="24"/>
        </w:rPr>
        <w:t>M.S. Computer Science – Virginia International University, Fairfax, VA</w:t>
      </w:r>
      <w:r w:rsidR="00150485">
        <w:rPr>
          <w:rFonts w:asciiTheme="minorHAnsi" w:hAnsiTheme="minorHAnsi"/>
          <w:sz w:val="24"/>
          <w:szCs w:val="24"/>
        </w:rPr>
        <w:t xml:space="preserve"> - 2018</w:t>
      </w:r>
    </w:p>
    <w:p w14:paraId="41E4EE99" w14:textId="0BFB0396" w:rsidR="008C6BBC" w:rsidRPr="00150485" w:rsidRDefault="00000000">
      <w:pPr>
        <w:spacing w:after="30"/>
        <w:rPr>
          <w:rFonts w:asciiTheme="minorHAnsi" w:hAnsiTheme="minorHAnsi"/>
          <w:sz w:val="24"/>
          <w:szCs w:val="24"/>
        </w:rPr>
      </w:pPr>
      <w:r w:rsidRPr="00150485">
        <w:rPr>
          <w:rFonts w:asciiTheme="minorHAnsi" w:hAnsiTheme="minorHAnsi"/>
          <w:sz w:val="24"/>
          <w:szCs w:val="24"/>
        </w:rPr>
        <w:t>B.Tech. Computer Science &amp; Engineering – JNTUH</w:t>
      </w:r>
      <w:r w:rsidR="00150485">
        <w:rPr>
          <w:rFonts w:asciiTheme="minorHAnsi" w:hAnsiTheme="minorHAnsi"/>
          <w:sz w:val="24"/>
          <w:szCs w:val="24"/>
        </w:rPr>
        <w:t xml:space="preserve"> - 2014</w:t>
      </w:r>
    </w:p>
    <w:sectPr w:rsidR="008C6BBC" w:rsidRPr="00150485" w:rsidSect="00034616">
      <w:footerReference w:type="default" r:id="rId10"/>
      <w:pgSz w:w="12240" w:h="15840"/>
      <w:pgMar w:top="518" w:right="749" w:bottom="518" w:left="74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388C2B" w14:textId="77777777" w:rsidR="006B1457" w:rsidRDefault="006B1457">
      <w:pPr>
        <w:spacing w:after="0"/>
      </w:pPr>
      <w:r>
        <w:separator/>
      </w:r>
    </w:p>
  </w:endnote>
  <w:endnote w:type="continuationSeparator" w:id="0">
    <w:p w14:paraId="4B443FB7" w14:textId="77777777" w:rsidR="006B1457" w:rsidRDefault="006B14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C31D76" w14:textId="77777777" w:rsidR="008C6BBC" w:rsidRDefault="00000000">
    <w:pPr>
      <w:pStyle w:val="Footer"/>
      <w:jc w:val="center"/>
    </w:pPr>
    <w:r>
      <w:rPr>
        <w:color w:val="787878"/>
        <w:sz w:val="15"/>
      </w:rPr>
      <w:t>Prashanth R Gillela | Senior Software Engineer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196C12" w14:textId="77777777" w:rsidR="006B1457" w:rsidRDefault="006B1457">
      <w:pPr>
        <w:spacing w:after="0"/>
      </w:pPr>
      <w:r>
        <w:separator/>
      </w:r>
    </w:p>
  </w:footnote>
  <w:footnote w:type="continuationSeparator" w:id="0">
    <w:p w14:paraId="49D740FC" w14:textId="77777777" w:rsidR="006B1457" w:rsidRDefault="006B145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42A5A75"/>
    <w:multiLevelType w:val="multilevel"/>
    <w:tmpl w:val="0A58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CF6F33"/>
    <w:multiLevelType w:val="multilevel"/>
    <w:tmpl w:val="97FE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137484">
    <w:abstractNumId w:val="8"/>
  </w:num>
  <w:num w:numId="2" w16cid:durableId="920455537">
    <w:abstractNumId w:val="6"/>
  </w:num>
  <w:num w:numId="3" w16cid:durableId="356152733">
    <w:abstractNumId w:val="5"/>
  </w:num>
  <w:num w:numId="4" w16cid:durableId="47464175">
    <w:abstractNumId w:val="4"/>
  </w:num>
  <w:num w:numId="5" w16cid:durableId="1211648302">
    <w:abstractNumId w:val="7"/>
  </w:num>
  <w:num w:numId="6" w16cid:durableId="1703703350">
    <w:abstractNumId w:val="3"/>
  </w:num>
  <w:num w:numId="7" w16cid:durableId="5332344">
    <w:abstractNumId w:val="2"/>
  </w:num>
  <w:num w:numId="8" w16cid:durableId="2029062138">
    <w:abstractNumId w:val="1"/>
  </w:num>
  <w:num w:numId="9" w16cid:durableId="1570143871">
    <w:abstractNumId w:val="0"/>
  </w:num>
  <w:num w:numId="10" w16cid:durableId="1474565031">
    <w:abstractNumId w:val="10"/>
  </w:num>
  <w:num w:numId="11" w16cid:durableId="179274658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1472"/>
    <w:rsid w:val="0006063C"/>
    <w:rsid w:val="00134049"/>
    <w:rsid w:val="00150485"/>
    <w:rsid w:val="0015074B"/>
    <w:rsid w:val="0017495F"/>
    <w:rsid w:val="0029639D"/>
    <w:rsid w:val="002C078B"/>
    <w:rsid w:val="00326F90"/>
    <w:rsid w:val="004A5DC9"/>
    <w:rsid w:val="006B1457"/>
    <w:rsid w:val="007456DD"/>
    <w:rsid w:val="007674BA"/>
    <w:rsid w:val="00820580"/>
    <w:rsid w:val="008C6BBC"/>
    <w:rsid w:val="009F0AF5"/>
    <w:rsid w:val="00AA1D8D"/>
    <w:rsid w:val="00B47730"/>
    <w:rsid w:val="00BC2295"/>
    <w:rsid w:val="00CB0664"/>
    <w:rsid w:val="00CB34AD"/>
    <w:rsid w:val="00CD32E6"/>
    <w:rsid w:val="00CF5967"/>
    <w:rsid w:val="00DD2D96"/>
    <w:rsid w:val="00E66E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6AB1AA"/>
  <w14:defaultImageDpi w14:val="300"/>
  <w15:docId w15:val="{D316EDB8-FC3E-A842-9B50-3344B052F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0" w:lineRule="auto"/>
    </w:pPr>
    <w:rPr>
      <w:rFonts w:ascii="Aptos" w:hAnsi="Aptos"/>
      <w:color w:val="191919"/>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26"/>
      <w:ind w:left="259" w:hanging="173"/>
      <w:contextualSpacing/>
    </w:pPr>
    <w:rPr>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Name">
    <w:name w:val="Resume Name"/>
    <w:pPr>
      <w:spacing w:after="40"/>
    </w:pPr>
    <w:rPr>
      <w:rFonts w:ascii="Aptos" w:hAnsi="Aptos"/>
      <w:b/>
      <w:color w:val="1F4E79"/>
      <w:sz w:val="38"/>
    </w:rPr>
  </w:style>
  <w:style w:type="paragraph" w:customStyle="1" w:styleId="ResumeTagline">
    <w:name w:val="Resume Tagline"/>
    <w:pPr>
      <w:spacing w:after="40"/>
    </w:pPr>
    <w:rPr>
      <w:rFonts w:ascii="Aptos" w:hAnsi="Aptos"/>
      <w:b/>
      <w:color w:val="404040"/>
      <w:sz w:val="20"/>
    </w:rPr>
  </w:style>
  <w:style w:type="paragraph" w:customStyle="1" w:styleId="SectionHeader">
    <w:name w:val="Section Header"/>
    <w:pPr>
      <w:spacing w:after="40"/>
    </w:pPr>
    <w:rPr>
      <w:rFonts w:ascii="Aptos" w:hAnsi="Aptos"/>
      <w:b/>
      <w:color w:val="1F4E79"/>
      <w:sz w:val="21"/>
    </w:rPr>
  </w:style>
  <w:style w:type="paragraph" w:customStyle="1" w:styleId="CompanyHeader">
    <w:name w:val="Company Header"/>
    <w:pPr>
      <w:spacing w:after="40"/>
    </w:pPr>
    <w:rPr>
      <w:rFonts w:ascii="Aptos" w:hAnsi="Aptos"/>
      <w:b/>
      <w:color w:val="1F1F1F"/>
      <w:sz w:val="20"/>
    </w:rPr>
  </w:style>
  <w:style w:type="paragraph" w:customStyle="1" w:styleId="RoleLine">
    <w:name w:val="Role Line"/>
    <w:pPr>
      <w:spacing w:after="40"/>
    </w:pPr>
    <w:rPr>
      <w:rFonts w:ascii="Aptos" w:hAnsi="Aptos"/>
      <w:b/>
      <w:color w:val="595959"/>
      <w:sz w:val="18"/>
    </w:rPr>
  </w:style>
  <w:style w:type="paragraph" w:customStyle="1" w:styleId="Environment">
    <w:name w:val="Environment"/>
    <w:pPr>
      <w:spacing w:after="40"/>
    </w:pPr>
    <w:rPr>
      <w:rFonts w:ascii="Aptos" w:hAnsi="Aptos"/>
      <w:color w:val="595959"/>
      <w:sz w:val="16"/>
    </w:rPr>
  </w:style>
  <w:style w:type="character" w:styleId="Hyperlink">
    <w:name w:val="Hyperlink"/>
    <w:basedOn w:val="DefaultParagraphFont"/>
    <w:uiPriority w:val="99"/>
    <w:unhideWhenUsed/>
    <w:rsid w:val="00820580"/>
    <w:rPr>
      <w:color w:val="0000FF" w:themeColor="hyperlink"/>
      <w:u w:val="single"/>
    </w:rPr>
  </w:style>
  <w:style w:type="character" w:styleId="UnresolvedMention">
    <w:name w:val="Unresolved Mention"/>
    <w:basedOn w:val="DefaultParagraphFont"/>
    <w:uiPriority w:val="99"/>
    <w:semiHidden/>
    <w:unhideWhenUsed/>
    <w:rsid w:val="00820580"/>
    <w:rPr>
      <w:color w:val="605E5C"/>
      <w:shd w:val="clear" w:color="auto" w:fill="E1DFDD"/>
    </w:rPr>
  </w:style>
  <w:style w:type="character" w:styleId="FollowedHyperlink">
    <w:name w:val="FollowedHyperlink"/>
    <w:basedOn w:val="DefaultParagraphFont"/>
    <w:uiPriority w:val="99"/>
    <w:semiHidden/>
    <w:unhideWhenUsed/>
    <w:rsid w:val="001749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prashanth-g-38a6b0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rashanthrgillel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5</Pages>
  <Words>2453</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Prashanth R Gillela - Senior Software Engineer Resume</vt:lpstr>
    </vt:vector>
  </TitlesOfParts>
  <Manager/>
  <Company/>
  <LinksUpToDate>false</LinksUpToDate>
  <CharactersWithSpaces>16404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Prashanth R Gillela - Senior Software Engineer Resume</dc:title>
  <dc:subject>Senior Software Engineer / Senior Frontend Engineer Resume</dc:subject>
  <dc:creator>Prashanth R Gillela</dc:creator>
  <cp:keywords/>
  <dc:description>generated by python-docx</dc:description>
  <cp:lastModifiedBy>Prashanth Reddy</cp:lastModifiedBy>
  <cp:revision>10</cp:revision>
  <dcterms:created xsi:type="dcterms:W3CDTF">2026-08-11T00:27:00Z</dcterms:created>
  <dcterms:modified xsi:type="dcterms:W3CDTF">2026-08-11T15:30:00Z</dcterms:modified>
  <cp:category/>
</cp:coreProperties>
</file>